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15CC2" w14:textId="37F0F0A9" w:rsidR="00ED22F0" w:rsidRDefault="00ED22F0">
      <w:pPr>
        <w:spacing w:after="80"/>
        <w:jc w:val="center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5"/>
        <w:gridCol w:w="8041"/>
      </w:tblGrid>
      <w:tr w:rsidR="00CB69BA" w14:paraId="0056FBA8" w14:textId="77777777" w:rsidTr="00CB69BA">
        <w:tc>
          <w:tcPr>
            <w:tcW w:w="2605" w:type="dxa"/>
          </w:tcPr>
          <w:p w14:paraId="16B4853C" w14:textId="6560D7A9" w:rsidR="00CB69BA" w:rsidRPr="00CB69BA" w:rsidRDefault="00CB69BA" w:rsidP="00CB69BA">
            <w:pPr>
              <w:spacing w:after="120"/>
              <w:jc w:val="right"/>
              <w:rPr>
                <w:iCs/>
                <w:color w:val="5B6573"/>
                <w:sz w:val="18"/>
              </w:rPr>
            </w:pPr>
            <w:r>
              <w:rPr>
                <w:iCs/>
                <w:noProof/>
                <w:color w:val="5B6573"/>
                <w:sz w:val="18"/>
              </w:rPr>
              <w:drawing>
                <wp:inline distT="0" distB="0" distL="0" distR="0" wp14:anchorId="4F3E4BC1" wp14:editId="7F4A3E4C">
                  <wp:extent cx="777240" cy="777240"/>
                  <wp:effectExtent l="0" t="0" r="3810" b="3810"/>
                  <wp:docPr id="191132892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1328921" name="Picture 191132892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" cy="777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1" w:type="dxa"/>
            <w:vAlign w:val="center"/>
          </w:tcPr>
          <w:p w14:paraId="0FF78710" w14:textId="77777777" w:rsidR="00CB69BA" w:rsidRDefault="00CB69BA" w:rsidP="00CB69BA">
            <w:r>
              <w:rPr>
                <w:b/>
                <w:color w:val="17365D"/>
                <w:sz w:val="50"/>
              </w:rPr>
              <w:t>FINISH STRONG 2026</w:t>
            </w:r>
          </w:p>
          <w:p w14:paraId="26680A11" w14:textId="306A643E" w:rsidR="00CB69BA" w:rsidRPr="00CB69BA" w:rsidRDefault="00CB69BA" w:rsidP="00CB69BA">
            <w:pPr>
              <w:spacing w:after="80"/>
            </w:pPr>
            <w:r>
              <w:rPr>
                <w:b/>
                <w:color w:val="416B5A"/>
                <w:sz w:val="20"/>
              </w:rPr>
              <w:t>TAI CHI TRAINING COMPLETION CHALLENGE</w:t>
            </w:r>
          </w:p>
        </w:tc>
      </w:tr>
    </w:tbl>
    <w:p w14:paraId="27005DB6" w14:textId="58FE8F06" w:rsidR="00ED22F0" w:rsidRDefault="00000000">
      <w:pPr>
        <w:spacing w:after="120"/>
        <w:jc w:val="center"/>
      </w:pPr>
      <w:r>
        <w:rPr>
          <w:i/>
          <w:color w:val="5B6573"/>
          <w:sz w:val="18"/>
        </w:rPr>
        <w:t xml:space="preserve">Start where you are. Set your own milestones. Keep moving toward certification by </w:t>
      </w:r>
      <w:r w:rsidRPr="00291081">
        <w:rPr>
          <w:b/>
          <w:bCs/>
          <w:i/>
          <w:color w:val="5B6573"/>
          <w:sz w:val="18"/>
        </w:rPr>
        <w:t xml:space="preserve">December </w:t>
      </w:r>
      <w:r w:rsidR="00291081" w:rsidRPr="00291081">
        <w:rPr>
          <w:b/>
          <w:bCs/>
          <w:i/>
          <w:color w:val="5B6573"/>
          <w:sz w:val="18"/>
        </w:rPr>
        <w:t>15</w:t>
      </w:r>
      <w:r w:rsidRPr="00291081">
        <w:rPr>
          <w:b/>
          <w:bCs/>
          <w:i/>
          <w:color w:val="5B6573"/>
          <w:sz w:val="18"/>
        </w:rPr>
        <w:t>, 2026</w:t>
      </w:r>
      <w:r>
        <w:rPr>
          <w:i/>
          <w:color w:val="5B6573"/>
          <w:sz w:val="18"/>
        </w:rPr>
        <w:t>.</w:t>
      </w:r>
    </w:p>
    <w:tbl>
      <w:tblPr>
        <w:tblW w:w="10706" w:type="dxa"/>
        <w:jc w:val="center"/>
        <w:tblLook w:val="04A0" w:firstRow="1" w:lastRow="0" w:firstColumn="1" w:lastColumn="0" w:noHBand="0" w:noVBand="1"/>
      </w:tblPr>
      <w:tblGrid>
        <w:gridCol w:w="10706"/>
      </w:tblGrid>
      <w:tr w:rsidR="00ED22F0" w14:paraId="4E888347" w14:textId="77777777" w:rsidTr="005820D9">
        <w:trPr>
          <w:trHeight w:val="1480"/>
          <w:jc w:val="center"/>
        </w:trPr>
        <w:tc>
          <w:tcPr>
            <w:tcW w:w="10706" w:type="dxa"/>
            <w:shd w:val="clear" w:color="auto" w:fill="F8F5E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17E3C9" w14:textId="77777777" w:rsidR="00ED22F0" w:rsidRDefault="00000000">
            <w:r>
              <w:rPr>
                <w:b/>
                <w:color w:val="17365D"/>
                <w:sz w:val="22"/>
              </w:rPr>
              <w:t>MY BIG PICTURE</w:t>
            </w:r>
          </w:p>
          <w:p w14:paraId="62FC97DE" w14:textId="77777777" w:rsidR="0043610D" w:rsidRDefault="0043610D">
            <w:pPr>
              <w:spacing w:after="40"/>
              <w:rPr>
                <w:b/>
              </w:rPr>
            </w:pPr>
          </w:p>
          <w:p w14:paraId="6267CBC8" w14:textId="6A15D796" w:rsidR="00ED22F0" w:rsidRDefault="00000000">
            <w:pPr>
              <w:spacing w:after="40"/>
            </w:pPr>
            <w:r>
              <w:rPr>
                <w:b/>
              </w:rPr>
              <w:t xml:space="preserve">Name: </w:t>
            </w:r>
            <w:r>
              <w:t>__________________________________________</w:t>
            </w:r>
            <w:r w:rsidR="005820D9">
              <w:t xml:space="preserve">                      </w:t>
            </w:r>
            <w:r>
              <w:rPr>
                <w:b/>
              </w:rPr>
              <w:t xml:space="preserve">Today’s date: </w:t>
            </w:r>
            <w:r>
              <w:t>__________________________________</w:t>
            </w:r>
          </w:p>
          <w:p w14:paraId="1CE8842D" w14:textId="77777777" w:rsidR="005820D9" w:rsidRDefault="005820D9">
            <w:pPr>
              <w:spacing w:after="40"/>
            </w:pPr>
          </w:p>
          <w:p w14:paraId="21057994" w14:textId="472DC7E7" w:rsidR="005820D9" w:rsidRPr="0043610D" w:rsidRDefault="0043610D" w:rsidP="0043610D">
            <w:pPr>
              <w:spacing w:after="20"/>
              <w:rPr>
                <w:sz w:val="24"/>
                <w:szCs w:val="24"/>
              </w:rPr>
            </w:pPr>
            <w:r w:rsidRPr="0043610D">
              <w:rPr>
                <w:sz w:val="24"/>
                <w:szCs w:val="24"/>
              </w:rPr>
              <w:t xml:space="preserve">☐ </w:t>
            </w:r>
            <w:r w:rsidRPr="0043610D">
              <w:rPr>
                <w:sz w:val="24"/>
                <w:szCs w:val="24"/>
              </w:rPr>
              <w:t>I accept the Challenge!</w:t>
            </w:r>
          </w:p>
          <w:p w14:paraId="2E5A0542" w14:textId="4EC97D82" w:rsidR="0043610D" w:rsidRDefault="0043610D" w:rsidP="0043610D">
            <w:pPr>
              <w:spacing w:after="20"/>
            </w:pPr>
          </w:p>
        </w:tc>
      </w:tr>
    </w:tbl>
    <w:p w14:paraId="66210D83" w14:textId="77777777" w:rsidR="00ED22F0" w:rsidRDefault="00000000">
      <w:pPr>
        <w:spacing w:before="80" w:after="20"/>
      </w:pPr>
      <w:r>
        <w:rPr>
          <w:b/>
          <w:color w:val="17365D"/>
          <w:sz w:val="24"/>
        </w:rPr>
        <w:t>MY CURRENT STATUS</w:t>
      </w:r>
    </w:p>
    <w:p w14:paraId="36D89FAB" w14:textId="77777777" w:rsidR="00436F6E" w:rsidRDefault="00436F6E">
      <w:pPr>
        <w:spacing w:after="40"/>
        <w:rPr>
          <w:b/>
        </w:rPr>
      </w:pPr>
    </w:p>
    <w:p w14:paraId="41D2034C" w14:textId="77777777" w:rsidR="00764687" w:rsidRDefault="00000000">
      <w:pPr>
        <w:spacing w:after="40"/>
        <w:rPr>
          <w:sz w:val="22"/>
        </w:rPr>
      </w:pPr>
      <w:r w:rsidRPr="00764687">
        <w:rPr>
          <w:b/>
          <w:sz w:val="22"/>
        </w:rPr>
        <w:t xml:space="preserve">I estimate that I am </w:t>
      </w:r>
      <w:r w:rsidR="0012332A" w:rsidRPr="00764687">
        <w:rPr>
          <w:b/>
          <w:sz w:val="22"/>
        </w:rPr>
        <w:t>about</w:t>
      </w:r>
      <w:r w:rsidR="0012332A" w:rsidRPr="00764687">
        <w:rPr>
          <w:sz w:val="22"/>
        </w:rPr>
        <w:t xml:space="preserve"> _</w:t>
      </w:r>
      <w:r w:rsidRPr="00764687">
        <w:rPr>
          <w:sz w:val="22"/>
        </w:rPr>
        <w:t>________ % complete</w:t>
      </w:r>
      <w:r w:rsidR="00764687" w:rsidRPr="00764687">
        <w:rPr>
          <w:sz w:val="22"/>
        </w:rPr>
        <w:t xml:space="preserve"> </w:t>
      </w:r>
    </w:p>
    <w:p w14:paraId="14C60E76" w14:textId="0984AC48" w:rsidR="00ED22F0" w:rsidRPr="00764687" w:rsidRDefault="00764687">
      <w:pPr>
        <w:spacing w:after="40"/>
        <w:rPr>
          <w:sz w:val="22"/>
        </w:rPr>
      </w:pPr>
      <w:r w:rsidRPr="00764687">
        <w:rPr>
          <w:sz w:val="22"/>
        </w:rPr>
        <w:t>(</w:t>
      </w:r>
      <w:r w:rsidRPr="00764687">
        <w:rPr>
          <w:i/>
          <w:iCs/>
          <w:sz w:val="22"/>
        </w:rPr>
        <w:t>to estimate, go to “My Courses”, then “My Grades” in the left navigation</w:t>
      </w:r>
      <w:r w:rsidRPr="00764687">
        <w:rPr>
          <w:sz w:val="22"/>
        </w:rPr>
        <w:t>)</w:t>
      </w:r>
    </w:p>
    <w:p w14:paraId="4088555F" w14:textId="77777777" w:rsidR="00436F6E" w:rsidRPr="00764687" w:rsidRDefault="00436F6E">
      <w:pPr>
        <w:spacing w:after="40"/>
        <w:rPr>
          <w:sz w:val="22"/>
        </w:rPr>
      </w:pPr>
    </w:p>
    <w:p w14:paraId="0D256F81" w14:textId="20AC299F" w:rsidR="00ED22F0" w:rsidRPr="00764687" w:rsidRDefault="00000000">
      <w:pPr>
        <w:spacing w:after="40"/>
        <w:rPr>
          <w:sz w:val="22"/>
        </w:rPr>
      </w:pPr>
      <w:r w:rsidRPr="00764687">
        <w:rPr>
          <w:b/>
          <w:sz w:val="22"/>
        </w:rPr>
        <w:t>The lesson where I am starting this challenge:</w:t>
      </w:r>
      <w:r w:rsidRPr="00764687">
        <w:rPr>
          <w:sz w:val="22"/>
        </w:rPr>
        <w:t xml:space="preserve"> ______________________________________</w:t>
      </w:r>
    </w:p>
    <w:p w14:paraId="2B25F042" w14:textId="77777777" w:rsidR="00436F6E" w:rsidRDefault="00436F6E">
      <w:pPr>
        <w:spacing w:before="80" w:after="20"/>
        <w:rPr>
          <w:b/>
          <w:color w:val="17365D"/>
          <w:sz w:val="24"/>
        </w:rPr>
      </w:pPr>
    </w:p>
    <w:p w14:paraId="583690F2" w14:textId="21573F59" w:rsidR="00ED22F0" w:rsidRDefault="00000000">
      <w:pPr>
        <w:spacing w:before="80" w:after="20"/>
      </w:pPr>
      <w:r>
        <w:rPr>
          <w:b/>
          <w:color w:val="17365D"/>
          <w:sz w:val="24"/>
        </w:rPr>
        <w:t>MY PLAN TO FINISH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ED22F0" w14:paraId="62F2E1E6" w14:textId="77777777">
        <w:trPr>
          <w:jc w:val="center"/>
        </w:trPr>
        <w:tc>
          <w:tcPr>
            <w:tcW w:w="5328" w:type="dxa"/>
            <w:shd w:val="clear" w:color="auto" w:fill="EAF2E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FD70B5" w14:textId="77777777" w:rsidR="00ED22F0" w:rsidRDefault="00000000">
            <w:r>
              <w:rPr>
                <w:b/>
                <w:color w:val="17365D"/>
                <w:sz w:val="18"/>
              </w:rPr>
              <w:t>MY WEEKLY COMMITMENT</w:t>
            </w:r>
          </w:p>
        </w:tc>
        <w:tc>
          <w:tcPr>
            <w:tcW w:w="5328" w:type="dxa"/>
            <w:shd w:val="clear" w:color="auto" w:fill="EAF2E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D9A745" w14:textId="77777777" w:rsidR="00ED22F0" w:rsidRDefault="00000000">
            <w:r>
              <w:rPr>
                <w:b/>
                <w:color w:val="17365D"/>
                <w:sz w:val="18"/>
              </w:rPr>
              <w:t>WHAT WILL HELP ME STAY ON TRACK?</w:t>
            </w:r>
          </w:p>
        </w:tc>
      </w:tr>
      <w:tr w:rsidR="00ED22F0" w14:paraId="6FFC274D" w14:textId="77777777">
        <w:trPr>
          <w:jc w:val="center"/>
        </w:trPr>
        <w:tc>
          <w:tcPr>
            <w:tcW w:w="532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F69548" w14:textId="77777777" w:rsidR="00ED22F0" w:rsidRPr="00764687" w:rsidRDefault="00000000">
            <w:pPr>
              <w:spacing w:after="40"/>
              <w:rPr>
                <w:sz w:val="22"/>
              </w:rPr>
            </w:pPr>
            <w:r w:rsidRPr="00764687">
              <w:rPr>
                <w:sz w:val="22"/>
              </w:rPr>
              <w:t>I will practice ____ days each week.</w:t>
            </w:r>
          </w:p>
          <w:p w14:paraId="28C9D75B" w14:textId="77777777" w:rsidR="00ED22F0" w:rsidRPr="00764687" w:rsidRDefault="00000000">
            <w:pPr>
              <w:spacing w:after="40"/>
              <w:rPr>
                <w:sz w:val="22"/>
              </w:rPr>
            </w:pPr>
            <w:r w:rsidRPr="00764687">
              <w:rPr>
                <w:sz w:val="22"/>
              </w:rPr>
              <w:t>I will plan about ____ minutes per practice.</w:t>
            </w:r>
          </w:p>
          <w:p w14:paraId="62577C9F" w14:textId="77777777" w:rsidR="00ED22F0" w:rsidRDefault="00000000">
            <w:pPr>
              <w:spacing w:after="40"/>
            </w:pPr>
            <w:r w:rsidRPr="00764687">
              <w:rPr>
                <w:sz w:val="22"/>
              </w:rPr>
              <w:t>I will complete about ____ lesson(s)/module(s) each week.</w:t>
            </w:r>
          </w:p>
        </w:tc>
        <w:tc>
          <w:tcPr>
            <w:tcW w:w="532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B0E42" w14:textId="77777777" w:rsidR="00ED22F0" w:rsidRPr="00764687" w:rsidRDefault="00000000">
            <w:pPr>
              <w:spacing w:after="20"/>
              <w:rPr>
                <w:sz w:val="22"/>
              </w:rPr>
            </w:pPr>
            <w:r w:rsidRPr="00764687">
              <w:rPr>
                <w:sz w:val="22"/>
              </w:rPr>
              <w:t>☐ Put practice on my calendar</w:t>
            </w:r>
          </w:p>
          <w:p w14:paraId="7A9ED948" w14:textId="77777777" w:rsidR="00ED22F0" w:rsidRPr="00764687" w:rsidRDefault="00000000">
            <w:pPr>
              <w:spacing w:after="20"/>
              <w:rPr>
                <w:sz w:val="22"/>
              </w:rPr>
            </w:pPr>
            <w:r w:rsidRPr="00764687">
              <w:rPr>
                <w:sz w:val="22"/>
              </w:rPr>
              <w:t>☐ Use the weekly tracker</w:t>
            </w:r>
          </w:p>
          <w:p w14:paraId="3B02A128" w14:textId="77777777" w:rsidR="00ED22F0" w:rsidRPr="00764687" w:rsidRDefault="00000000">
            <w:pPr>
              <w:spacing w:after="20"/>
              <w:rPr>
                <w:sz w:val="22"/>
              </w:rPr>
            </w:pPr>
            <w:r w:rsidRPr="00764687">
              <w:rPr>
                <w:sz w:val="22"/>
              </w:rPr>
              <w:t>☐ Join accountability/community check-ins</w:t>
            </w:r>
          </w:p>
          <w:p w14:paraId="6EED5B10" w14:textId="77777777" w:rsidR="00ED22F0" w:rsidRPr="00764687" w:rsidRDefault="00000000">
            <w:pPr>
              <w:spacing w:after="20"/>
              <w:rPr>
                <w:sz w:val="22"/>
              </w:rPr>
            </w:pPr>
            <w:r w:rsidRPr="00764687">
              <w:rPr>
                <w:sz w:val="22"/>
              </w:rPr>
              <w:t>☐ Ask for help when I get stuck</w:t>
            </w:r>
          </w:p>
          <w:p w14:paraId="22CB655B" w14:textId="77777777" w:rsidR="00ED22F0" w:rsidRPr="00764687" w:rsidRDefault="00000000">
            <w:pPr>
              <w:spacing w:after="20"/>
              <w:rPr>
                <w:sz w:val="22"/>
              </w:rPr>
            </w:pPr>
            <w:r w:rsidRPr="00764687">
              <w:rPr>
                <w:sz w:val="22"/>
              </w:rPr>
              <w:t>☐ Other: __________________________</w:t>
            </w:r>
          </w:p>
        </w:tc>
      </w:tr>
    </w:tbl>
    <w:p w14:paraId="377CAD9C" w14:textId="77777777" w:rsidR="00ED22F0" w:rsidRDefault="00000000">
      <w:pPr>
        <w:spacing w:before="80" w:after="20"/>
      </w:pPr>
      <w:r>
        <w:rPr>
          <w:b/>
          <w:color w:val="17365D"/>
          <w:sz w:val="24"/>
        </w:rPr>
        <w:t>MY MILESTONE TRACKER</w:t>
      </w:r>
    </w:p>
    <w:p w14:paraId="451CFE3B" w14:textId="54940471" w:rsidR="00ED22F0" w:rsidRPr="00E86C33" w:rsidRDefault="00E86C33">
      <w:pPr>
        <w:spacing w:after="80"/>
        <w:rPr>
          <w:iCs/>
          <w:color w:val="5B6573"/>
          <w:sz w:val="18"/>
          <w:szCs w:val="18"/>
        </w:rPr>
      </w:pPr>
      <w:r w:rsidRPr="00E86C33">
        <w:rPr>
          <w:iCs/>
          <w:color w:val="5B6573"/>
          <w:sz w:val="18"/>
          <w:szCs w:val="18"/>
        </w:rPr>
        <w:t>How to use the tracker:</w:t>
      </w:r>
    </w:p>
    <w:p w14:paraId="0A82D806" w14:textId="5842EE5E" w:rsidR="00E86C33" w:rsidRDefault="009C082C" w:rsidP="00E86C33">
      <w:pPr>
        <w:pStyle w:val="ListParagraph"/>
        <w:numPr>
          <w:ilvl w:val="0"/>
          <w:numId w:val="10"/>
        </w:numPr>
        <w:spacing w:after="80"/>
      </w:pPr>
      <w:r w:rsidRPr="009C082C">
        <w:t xml:space="preserve">Set your finish date for the final </w:t>
      </w:r>
      <w:r w:rsidRPr="009C082C">
        <w:t>step or</w:t>
      </w:r>
      <w:r w:rsidRPr="009C082C">
        <w:t xml:space="preserve"> use the preset date of December 15</w:t>
      </w:r>
      <w:r w:rsidR="00E86C33">
        <w:t>.</w:t>
      </w:r>
    </w:p>
    <w:p w14:paraId="71DCDE5D" w14:textId="40197A25" w:rsidR="00E86C33" w:rsidRDefault="009C082C" w:rsidP="00E86C33">
      <w:pPr>
        <w:pStyle w:val="ListParagraph"/>
        <w:numPr>
          <w:ilvl w:val="0"/>
          <w:numId w:val="10"/>
        </w:numPr>
        <w:spacing w:after="80"/>
      </w:pPr>
      <w:r w:rsidRPr="009C082C">
        <w:t xml:space="preserve">Work backward from your finish date to set a target date for each </w:t>
      </w:r>
      <w:r w:rsidRPr="009C082C">
        <w:t>milestone or</w:t>
      </w:r>
      <w:r w:rsidRPr="009C082C">
        <w:t xml:space="preserve"> simply follow the preset dates</w:t>
      </w:r>
      <w:r w:rsidR="00820C28">
        <w:t>.</w:t>
      </w:r>
    </w:p>
    <w:p w14:paraId="2B141D18" w14:textId="6AC76EDB" w:rsidR="00442379" w:rsidRDefault="00442379" w:rsidP="00442379">
      <w:pPr>
        <w:spacing w:after="240"/>
      </w:pPr>
      <w:r w:rsidRPr="00442379">
        <w:rPr>
          <w:b/>
          <w:bCs/>
          <w:i/>
          <w:iCs/>
        </w:rPr>
        <w:t>Prefer your own timeline or milestones</w:t>
      </w:r>
      <w:r w:rsidRPr="00442379">
        <w:rPr>
          <w:i/>
          <w:iCs/>
        </w:rPr>
        <w:t>?</w:t>
      </w:r>
      <w:r w:rsidRPr="00442379">
        <w:t xml:space="preserve"> </w:t>
      </w:r>
      <w:r w:rsidR="0092205E">
        <w:t>Replace</w:t>
      </w:r>
      <w:r w:rsidRPr="00442379">
        <w:t xml:space="preserve"> the preset ones </w:t>
      </w:r>
      <w:r w:rsidR="003A7EC0">
        <w:t xml:space="preserve">with </w:t>
      </w:r>
      <w:r w:rsidRPr="00442379">
        <w:t>your own</w:t>
      </w:r>
      <w:r w:rsidR="00820C28">
        <w:t>.</w:t>
      </w:r>
    </w:p>
    <w:tbl>
      <w:tblPr>
        <w:tblW w:w="0" w:type="auto"/>
        <w:jc w:val="center"/>
        <w:tblBorders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1"/>
        <w:gridCol w:w="2131"/>
        <w:gridCol w:w="2131"/>
        <w:gridCol w:w="2131"/>
        <w:gridCol w:w="2131"/>
      </w:tblGrid>
      <w:tr w:rsidR="00ED22F0" w:rsidRPr="00820C28" w14:paraId="0791140C" w14:textId="77777777" w:rsidTr="00820C28">
        <w:trPr>
          <w:jc w:val="center"/>
        </w:trPr>
        <w:tc>
          <w:tcPr>
            <w:tcW w:w="2131" w:type="dxa"/>
            <w:shd w:val="clear" w:color="auto" w:fill="D6E3BC" w:themeFill="accent3" w:themeFillTint="66"/>
            <w:tcMar>
              <w:top w:w="60" w:type="dxa"/>
              <w:left w:w="50" w:type="dxa"/>
              <w:bottom w:w="60" w:type="dxa"/>
              <w:right w:w="50" w:type="dxa"/>
            </w:tcMar>
          </w:tcPr>
          <w:p w14:paraId="0451FEFF" w14:textId="029D7E39" w:rsidR="00ED22F0" w:rsidRPr="00820C28" w:rsidRDefault="004554A4">
            <w:pPr>
              <w:jc w:val="center"/>
            </w:pPr>
            <w:r w:rsidRPr="00820C28">
              <w:rPr>
                <w:b/>
                <w:sz w:val="18"/>
              </w:rPr>
              <w:t>OCT 15</w:t>
            </w:r>
          </w:p>
        </w:tc>
        <w:tc>
          <w:tcPr>
            <w:tcW w:w="2131" w:type="dxa"/>
            <w:shd w:val="clear" w:color="auto" w:fill="D6E3BC" w:themeFill="accent3" w:themeFillTint="66"/>
            <w:tcMar>
              <w:top w:w="60" w:type="dxa"/>
              <w:left w:w="50" w:type="dxa"/>
              <w:bottom w:w="60" w:type="dxa"/>
              <w:right w:w="50" w:type="dxa"/>
            </w:tcMar>
          </w:tcPr>
          <w:p w14:paraId="58B01CC8" w14:textId="564EA874" w:rsidR="00ED22F0" w:rsidRPr="00820C28" w:rsidRDefault="004554A4">
            <w:pPr>
              <w:jc w:val="center"/>
            </w:pPr>
            <w:r w:rsidRPr="00820C28">
              <w:rPr>
                <w:b/>
                <w:sz w:val="18"/>
              </w:rPr>
              <w:t xml:space="preserve">NOV </w:t>
            </w:r>
            <w:r w:rsidR="00000000" w:rsidRPr="00820C28">
              <w:rPr>
                <w:b/>
                <w:sz w:val="18"/>
              </w:rPr>
              <w:t>15</w:t>
            </w:r>
          </w:p>
        </w:tc>
        <w:tc>
          <w:tcPr>
            <w:tcW w:w="2131" w:type="dxa"/>
            <w:shd w:val="clear" w:color="auto" w:fill="D6E3BC" w:themeFill="accent3" w:themeFillTint="66"/>
            <w:tcMar>
              <w:top w:w="60" w:type="dxa"/>
              <w:left w:w="50" w:type="dxa"/>
              <w:bottom w:w="60" w:type="dxa"/>
              <w:right w:w="50" w:type="dxa"/>
            </w:tcMar>
          </w:tcPr>
          <w:p w14:paraId="774CFB92" w14:textId="44060458" w:rsidR="00ED22F0" w:rsidRPr="00820C28" w:rsidRDefault="004554A4">
            <w:pPr>
              <w:jc w:val="center"/>
            </w:pPr>
            <w:r w:rsidRPr="00820C28">
              <w:rPr>
                <w:b/>
                <w:sz w:val="18"/>
              </w:rPr>
              <w:t>DEC 1</w:t>
            </w:r>
          </w:p>
        </w:tc>
        <w:tc>
          <w:tcPr>
            <w:tcW w:w="2131" w:type="dxa"/>
            <w:shd w:val="clear" w:color="auto" w:fill="D6E3BC" w:themeFill="accent3" w:themeFillTint="66"/>
            <w:tcMar>
              <w:top w:w="60" w:type="dxa"/>
              <w:left w:w="50" w:type="dxa"/>
              <w:bottom w:w="60" w:type="dxa"/>
              <w:right w:w="50" w:type="dxa"/>
            </w:tcMar>
          </w:tcPr>
          <w:p w14:paraId="5F5C04DA" w14:textId="11214B5B" w:rsidR="00ED22F0" w:rsidRPr="00820C28" w:rsidRDefault="00000000">
            <w:pPr>
              <w:jc w:val="center"/>
            </w:pPr>
            <w:r w:rsidRPr="00820C28">
              <w:rPr>
                <w:b/>
                <w:sz w:val="18"/>
              </w:rPr>
              <w:t xml:space="preserve">DEC </w:t>
            </w:r>
            <w:r w:rsidR="004554A4" w:rsidRPr="00820C28">
              <w:rPr>
                <w:b/>
                <w:sz w:val="18"/>
              </w:rPr>
              <w:t>7</w:t>
            </w:r>
          </w:p>
        </w:tc>
        <w:tc>
          <w:tcPr>
            <w:tcW w:w="2131" w:type="dxa"/>
            <w:shd w:val="clear" w:color="auto" w:fill="D6E3BC" w:themeFill="accent3" w:themeFillTint="66"/>
            <w:tcMar>
              <w:top w:w="60" w:type="dxa"/>
              <w:left w:w="50" w:type="dxa"/>
              <w:bottom w:w="60" w:type="dxa"/>
              <w:right w:w="50" w:type="dxa"/>
            </w:tcMar>
          </w:tcPr>
          <w:p w14:paraId="6832FFED" w14:textId="4354CB79" w:rsidR="00ED22F0" w:rsidRPr="00820C28" w:rsidRDefault="00000000">
            <w:pPr>
              <w:jc w:val="center"/>
            </w:pPr>
            <w:r w:rsidRPr="00820C28">
              <w:rPr>
                <w:b/>
                <w:sz w:val="18"/>
              </w:rPr>
              <w:t xml:space="preserve">DEC </w:t>
            </w:r>
            <w:r w:rsidR="000E708E" w:rsidRPr="00820C28">
              <w:rPr>
                <w:b/>
                <w:sz w:val="18"/>
              </w:rPr>
              <w:t>15</w:t>
            </w:r>
          </w:p>
        </w:tc>
      </w:tr>
      <w:tr w:rsidR="00ED22F0" w14:paraId="101A8713" w14:textId="77777777" w:rsidTr="00F504FE">
        <w:trPr>
          <w:trHeight w:val="515"/>
          <w:jc w:val="center"/>
        </w:trPr>
        <w:tc>
          <w:tcPr>
            <w:tcW w:w="2131" w:type="dxa"/>
            <w:tcMar>
              <w:top w:w="70" w:type="dxa"/>
              <w:left w:w="50" w:type="dxa"/>
              <w:bottom w:w="70" w:type="dxa"/>
              <w:right w:w="50" w:type="dxa"/>
            </w:tcMar>
          </w:tcPr>
          <w:p w14:paraId="63BAC7E1" w14:textId="715B16F3" w:rsidR="00ED22F0" w:rsidRDefault="00000000">
            <w:pPr>
              <w:jc w:val="center"/>
            </w:pPr>
            <w:r w:rsidRPr="00F504FE">
              <w:rPr>
                <w:bCs/>
                <w:color w:val="17365D"/>
                <w:sz w:val="22"/>
              </w:rPr>
              <w:t>_____ %</w:t>
            </w:r>
            <w:r w:rsidR="00F504FE">
              <w:rPr>
                <w:b/>
                <w:color w:val="17365D"/>
                <w:sz w:val="22"/>
              </w:rPr>
              <w:t xml:space="preserve"> </w:t>
            </w:r>
            <w:r w:rsidR="00F504FE" w:rsidRPr="00F504FE">
              <w:rPr>
                <w:bCs/>
                <w:color w:val="17365D"/>
                <w:sz w:val="18"/>
                <w:szCs w:val="18"/>
              </w:rPr>
              <w:t>of lessons done</w:t>
            </w:r>
          </w:p>
        </w:tc>
        <w:tc>
          <w:tcPr>
            <w:tcW w:w="2131" w:type="dxa"/>
            <w:tcMar>
              <w:top w:w="70" w:type="dxa"/>
              <w:left w:w="50" w:type="dxa"/>
              <w:bottom w:w="70" w:type="dxa"/>
              <w:right w:w="50" w:type="dxa"/>
            </w:tcMar>
          </w:tcPr>
          <w:p w14:paraId="0F92F36F" w14:textId="54570163" w:rsidR="00ED22F0" w:rsidRDefault="00000000">
            <w:pPr>
              <w:jc w:val="center"/>
            </w:pPr>
            <w:r>
              <w:rPr>
                <w:b/>
                <w:color w:val="17365D"/>
                <w:sz w:val="22"/>
              </w:rPr>
              <w:t xml:space="preserve">_____ </w:t>
            </w:r>
            <w:r w:rsidRPr="00F504FE">
              <w:rPr>
                <w:bCs/>
                <w:color w:val="17365D"/>
                <w:sz w:val="22"/>
              </w:rPr>
              <w:t>%</w:t>
            </w:r>
            <w:r w:rsidR="00F504FE" w:rsidRPr="00F504FE">
              <w:rPr>
                <w:bCs/>
                <w:color w:val="17365D"/>
                <w:sz w:val="18"/>
                <w:szCs w:val="18"/>
              </w:rPr>
              <w:t xml:space="preserve"> </w:t>
            </w:r>
            <w:r w:rsidR="00F504FE" w:rsidRPr="00F504FE">
              <w:rPr>
                <w:bCs/>
                <w:color w:val="17365D"/>
                <w:sz w:val="18"/>
                <w:szCs w:val="18"/>
              </w:rPr>
              <w:t>of lessons done</w:t>
            </w:r>
          </w:p>
        </w:tc>
        <w:tc>
          <w:tcPr>
            <w:tcW w:w="2131" w:type="dxa"/>
            <w:tcMar>
              <w:top w:w="70" w:type="dxa"/>
              <w:left w:w="50" w:type="dxa"/>
              <w:bottom w:w="70" w:type="dxa"/>
              <w:right w:w="50" w:type="dxa"/>
            </w:tcMar>
          </w:tcPr>
          <w:p w14:paraId="1391A3FF" w14:textId="457C02C2" w:rsidR="00ED22F0" w:rsidRDefault="00F504FE" w:rsidP="00F504FE">
            <w:pPr>
              <w:spacing w:after="20"/>
            </w:pPr>
            <w:r>
              <w:t xml:space="preserve">☐ Finish </w:t>
            </w:r>
            <w:r>
              <w:t>all the lessons</w:t>
            </w:r>
          </w:p>
        </w:tc>
        <w:tc>
          <w:tcPr>
            <w:tcW w:w="2131" w:type="dxa"/>
            <w:tcMar>
              <w:top w:w="70" w:type="dxa"/>
              <w:left w:w="50" w:type="dxa"/>
              <w:bottom w:w="70" w:type="dxa"/>
              <w:right w:w="50" w:type="dxa"/>
            </w:tcMar>
          </w:tcPr>
          <w:p w14:paraId="554D29BA" w14:textId="2B6712CD" w:rsidR="00ED22F0" w:rsidRDefault="004554A4" w:rsidP="00F504FE">
            <w:pPr>
              <w:spacing w:after="20"/>
            </w:pPr>
            <w:r>
              <w:t xml:space="preserve">☐ </w:t>
            </w:r>
            <w:r>
              <w:t>Finish the final exam</w:t>
            </w:r>
          </w:p>
        </w:tc>
        <w:tc>
          <w:tcPr>
            <w:tcW w:w="2131" w:type="dxa"/>
            <w:tcMar>
              <w:top w:w="70" w:type="dxa"/>
              <w:left w:w="50" w:type="dxa"/>
              <w:bottom w:w="70" w:type="dxa"/>
              <w:right w:w="50" w:type="dxa"/>
            </w:tcMar>
          </w:tcPr>
          <w:p w14:paraId="0C46B857" w14:textId="2C090CF3" w:rsidR="00ED22F0" w:rsidRDefault="00F504FE">
            <w:pPr>
              <w:jc w:val="center"/>
            </w:pPr>
            <w:r>
              <w:t>☐ S</w:t>
            </w:r>
            <w:r>
              <w:t>ubmit the</w:t>
            </w:r>
            <w:r>
              <w:t xml:space="preserve"> video for the demo</w:t>
            </w:r>
          </w:p>
        </w:tc>
      </w:tr>
      <w:tr w:rsidR="00ED22F0" w14:paraId="1F4D4A6A" w14:textId="77777777" w:rsidTr="00F504FE">
        <w:trPr>
          <w:jc w:val="center"/>
        </w:trPr>
        <w:tc>
          <w:tcPr>
            <w:tcW w:w="2131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14:paraId="64BC907C" w14:textId="26EA262C" w:rsidR="00ED22F0" w:rsidRDefault="00F504FE">
            <w:pPr>
              <w:jc w:val="center"/>
            </w:pPr>
            <w:r>
              <w:rPr>
                <w:sz w:val="16"/>
              </w:rPr>
              <w:t>Checkpoint 1</w:t>
            </w:r>
          </w:p>
        </w:tc>
        <w:tc>
          <w:tcPr>
            <w:tcW w:w="2131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14:paraId="30FFC1CF" w14:textId="145C5337" w:rsidR="00ED22F0" w:rsidRDefault="00000000">
            <w:pPr>
              <w:jc w:val="center"/>
            </w:pPr>
            <w:r>
              <w:rPr>
                <w:sz w:val="16"/>
              </w:rPr>
              <w:t xml:space="preserve">Checkpoint </w:t>
            </w:r>
            <w:r w:rsidR="00F504FE">
              <w:rPr>
                <w:sz w:val="16"/>
              </w:rPr>
              <w:t>2</w:t>
            </w:r>
          </w:p>
        </w:tc>
        <w:tc>
          <w:tcPr>
            <w:tcW w:w="2131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14:paraId="5EBAF717" w14:textId="713321FB" w:rsidR="00ED22F0" w:rsidRDefault="00F504FE">
            <w:pPr>
              <w:jc w:val="center"/>
            </w:pPr>
            <w:r>
              <w:t xml:space="preserve">☐ Start </w:t>
            </w:r>
            <w:r>
              <w:t>prepping</w:t>
            </w:r>
            <w:r>
              <w:t xml:space="preserve"> for </w:t>
            </w:r>
            <w:r>
              <w:t xml:space="preserve">final exam and </w:t>
            </w:r>
            <w:r>
              <w:t>demo</w:t>
            </w:r>
            <w:r w:rsidR="00DC411C">
              <w:t xml:space="preserve"> video</w:t>
            </w:r>
          </w:p>
        </w:tc>
        <w:tc>
          <w:tcPr>
            <w:tcW w:w="2131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14:paraId="45A625D7" w14:textId="20293FF2" w:rsidR="00ED22F0" w:rsidRDefault="004554A4" w:rsidP="004554A4">
            <w:pPr>
              <w:spacing w:after="20"/>
            </w:pPr>
            <w:r>
              <w:t xml:space="preserve">☐ </w:t>
            </w:r>
            <w:r>
              <w:t>Start videotaping for the demo</w:t>
            </w:r>
          </w:p>
        </w:tc>
        <w:tc>
          <w:tcPr>
            <w:tcW w:w="2131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14:paraId="120685F2" w14:textId="7242A3A3" w:rsidR="00ED22F0" w:rsidRDefault="00ED22F0" w:rsidP="00F504FE"/>
        </w:tc>
      </w:tr>
    </w:tbl>
    <w:p w14:paraId="463A55BF" w14:textId="77777777" w:rsidR="000C38D7" w:rsidRDefault="000C38D7">
      <w:pPr>
        <w:spacing w:before="100" w:after="0"/>
        <w:rPr>
          <w:b/>
          <w:color w:val="17365D"/>
        </w:rPr>
      </w:pPr>
    </w:p>
    <w:p w14:paraId="06B63B08" w14:textId="3DACDE69" w:rsidR="00ED22F0" w:rsidRDefault="00000000" w:rsidP="002216E8">
      <w:pPr>
        <w:spacing w:after="120" w:line="240" w:lineRule="auto"/>
      </w:pPr>
      <w:r>
        <w:br w:type="page"/>
      </w:r>
      <w:r>
        <w:rPr>
          <w:b/>
          <w:color w:val="17365D"/>
          <w:sz w:val="38"/>
        </w:rPr>
        <w:lastRenderedPageBreak/>
        <w:t>MY WEEKLY PROGRESS TRACKER</w:t>
      </w:r>
    </w:p>
    <w:p w14:paraId="18035B4E" w14:textId="77777777" w:rsidR="00ED22F0" w:rsidRPr="000C38D7" w:rsidRDefault="00000000" w:rsidP="004139EA">
      <w:pPr>
        <w:spacing w:after="100"/>
        <w:rPr>
          <w:b/>
          <w:bCs/>
          <w:sz w:val="20"/>
          <w:szCs w:val="20"/>
        </w:rPr>
      </w:pPr>
      <w:r w:rsidRPr="000C38D7">
        <w:rPr>
          <w:b/>
          <w:bCs/>
          <w:i/>
          <w:color w:val="5B6573"/>
          <w:sz w:val="20"/>
          <w:szCs w:val="20"/>
        </w:rPr>
        <w:t>Small, consistent steps can add up to big progress.</w:t>
      </w:r>
    </w:p>
    <w:tbl>
      <w:tblPr>
        <w:tblW w:w="112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9"/>
        <w:gridCol w:w="2696"/>
        <w:gridCol w:w="2430"/>
        <w:gridCol w:w="1080"/>
        <w:gridCol w:w="4247"/>
      </w:tblGrid>
      <w:tr w:rsidR="00ED22F0" w14:paraId="28D74B05" w14:textId="77777777" w:rsidTr="004139EA">
        <w:trPr>
          <w:trHeight w:val="957"/>
          <w:tblHeader/>
          <w:jc w:val="center"/>
        </w:trPr>
        <w:tc>
          <w:tcPr>
            <w:tcW w:w="809" w:type="dxa"/>
            <w:shd w:val="clear" w:color="auto" w:fill="416B5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53D2780E" w14:textId="77777777" w:rsidR="00ED22F0" w:rsidRPr="00AB7993" w:rsidRDefault="00000000">
            <w:pPr>
              <w:jc w:val="center"/>
              <w:rPr>
                <w:sz w:val="20"/>
                <w:szCs w:val="20"/>
              </w:rPr>
            </w:pPr>
            <w:r w:rsidRPr="00AB7993">
              <w:rPr>
                <w:b/>
                <w:color w:val="FFFFFF"/>
                <w:sz w:val="20"/>
                <w:szCs w:val="20"/>
              </w:rPr>
              <w:t>Week</w:t>
            </w:r>
          </w:p>
        </w:tc>
        <w:tc>
          <w:tcPr>
            <w:tcW w:w="2696" w:type="dxa"/>
            <w:shd w:val="clear" w:color="auto" w:fill="416B5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4C549E2E" w14:textId="2DABD96B" w:rsidR="00ED22F0" w:rsidRPr="00AB7993" w:rsidRDefault="00000000">
            <w:pPr>
              <w:jc w:val="center"/>
              <w:rPr>
                <w:sz w:val="20"/>
                <w:szCs w:val="20"/>
              </w:rPr>
            </w:pPr>
            <w:r w:rsidRPr="00AB7993">
              <w:rPr>
                <w:b/>
                <w:color w:val="FFFFFF"/>
                <w:sz w:val="20"/>
                <w:szCs w:val="20"/>
              </w:rPr>
              <w:t xml:space="preserve">My </w:t>
            </w:r>
            <w:r w:rsidR="007D68CF">
              <w:rPr>
                <w:b/>
                <w:color w:val="FFFFFF"/>
                <w:sz w:val="20"/>
                <w:szCs w:val="20"/>
              </w:rPr>
              <w:t>L</w:t>
            </w:r>
            <w:r w:rsidRPr="00AB7993">
              <w:rPr>
                <w:b/>
                <w:color w:val="FFFFFF"/>
                <w:sz w:val="20"/>
                <w:szCs w:val="20"/>
              </w:rPr>
              <w:t xml:space="preserve">esson </w:t>
            </w:r>
            <w:r w:rsidR="007D68CF">
              <w:rPr>
                <w:b/>
                <w:color w:val="FFFFFF"/>
                <w:sz w:val="20"/>
                <w:szCs w:val="20"/>
              </w:rPr>
              <w:t>G</w:t>
            </w:r>
            <w:r w:rsidRPr="00AB7993">
              <w:rPr>
                <w:b/>
                <w:color w:val="FFFFFF"/>
                <w:sz w:val="20"/>
                <w:szCs w:val="20"/>
              </w:rPr>
              <w:t>oal</w:t>
            </w:r>
          </w:p>
        </w:tc>
        <w:tc>
          <w:tcPr>
            <w:tcW w:w="2430" w:type="dxa"/>
            <w:shd w:val="clear" w:color="auto" w:fill="416B5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65453688" w14:textId="40FD9ED7" w:rsidR="00ED22F0" w:rsidRPr="00AB7993" w:rsidRDefault="00365FF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Self-</w:t>
            </w:r>
            <w:r w:rsidR="00000000" w:rsidRPr="00AB7993">
              <w:rPr>
                <w:b/>
                <w:color w:val="FFFFFF"/>
                <w:sz w:val="20"/>
                <w:szCs w:val="20"/>
              </w:rPr>
              <w:t>Practice goal</w:t>
            </w:r>
          </w:p>
        </w:tc>
        <w:tc>
          <w:tcPr>
            <w:tcW w:w="1080" w:type="dxa"/>
            <w:shd w:val="clear" w:color="auto" w:fill="416B5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2B49E7DC" w14:textId="77777777" w:rsidR="00ED22F0" w:rsidRPr="00AB7993" w:rsidRDefault="00000000">
            <w:pPr>
              <w:jc w:val="center"/>
              <w:rPr>
                <w:sz w:val="20"/>
                <w:szCs w:val="20"/>
              </w:rPr>
            </w:pPr>
            <w:r w:rsidRPr="00AB7993">
              <w:rPr>
                <w:b/>
                <w:color w:val="FFFFFF"/>
                <w:sz w:val="20"/>
                <w:szCs w:val="20"/>
              </w:rPr>
              <w:t>Done</w:t>
            </w:r>
          </w:p>
        </w:tc>
        <w:tc>
          <w:tcPr>
            <w:tcW w:w="4247" w:type="dxa"/>
            <w:shd w:val="clear" w:color="auto" w:fill="416B5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56886A0B" w14:textId="5E29CBBF" w:rsidR="00ED22F0" w:rsidRPr="00AB7993" w:rsidRDefault="00000000" w:rsidP="004139EA">
            <w:pPr>
              <w:spacing w:after="120" w:line="240" w:lineRule="auto"/>
              <w:jc w:val="center"/>
              <w:rPr>
                <w:b/>
                <w:color w:val="FFFFFF"/>
                <w:sz w:val="20"/>
                <w:szCs w:val="20"/>
              </w:rPr>
            </w:pPr>
            <w:r w:rsidRPr="00AB7993">
              <w:rPr>
                <w:b/>
                <w:color w:val="FFFFFF"/>
                <w:sz w:val="20"/>
                <w:szCs w:val="20"/>
              </w:rPr>
              <w:t xml:space="preserve">Notes / </w:t>
            </w:r>
            <w:r w:rsidR="007D68CF">
              <w:rPr>
                <w:b/>
                <w:color w:val="FFFFFF"/>
                <w:sz w:val="20"/>
                <w:szCs w:val="20"/>
              </w:rPr>
              <w:t>R</w:t>
            </w:r>
            <w:r w:rsidRPr="00AB7993">
              <w:rPr>
                <w:b/>
                <w:color w:val="FFFFFF"/>
                <w:sz w:val="20"/>
                <w:szCs w:val="20"/>
              </w:rPr>
              <w:t>eflections</w:t>
            </w:r>
          </w:p>
          <w:p w14:paraId="4D509E57" w14:textId="619D798E" w:rsidR="00900D99" w:rsidRPr="00AB7993" w:rsidRDefault="00900D99" w:rsidP="00AB7993">
            <w:pPr>
              <w:spacing w:before="40" w:after="20"/>
              <w:jc w:val="center"/>
              <w:rPr>
                <w:sz w:val="20"/>
                <w:szCs w:val="20"/>
              </w:rPr>
            </w:pPr>
            <w:r w:rsidRPr="00AB7993">
              <w:rPr>
                <w:b/>
                <w:color w:val="FFFFFF" w:themeColor="background1"/>
                <w:sz w:val="20"/>
                <w:szCs w:val="20"/>
              </w:rPr>
              <w:t>(</w:t>
            </w:r>
            <w:r w:rsidR="00AB7993">
              <w:rPr>
                <w:b/>
                <w:color w:val="FFFFFF" w:themeColor="background1"/>
                <w:sz w:val="20"/>
                <w:szCs w:val="20"/>
              </w:rPr>
              <w:t>i.e. s</w:t>
            </w:r>
            <w:r w:rsidRPr="00AB7993">
              <w:rPr>
                <w:b/>
                <w:color w:val="FFFFFF" w:themeColor="background1"/>
                <w:sz w:val="16"/>
                <w:szCs w:val="16"/>
              </w:rPr>
              <w:t>omething I’m proud of</w:t>
            </w:r>
            <w:r w:rsidRPr="00AB7993">
              <w:rPr>
                <w:b/>
                <w:color w:val="FFFFFF" w:themeColor="background1"/>
                <w:sz w:val="16"/>
                <w:szCs w:val="16"/>
              </w:rPr>
              <w:t xml:space="preserve">, </w:t>
            </w:r>
            <w:r w:rsidR="00AB7993">
              <w:rPr>
                <w:b/>
                <w:color w:val="FFFFFF" w:themeColor="background1"/>
                <w:sz w:val="16"/>
                <w:szCs w:val="16"/>
              </w:rPr>
              <w:t>a</w:t>
            </w:r>
            <w:r w:rsidRPr="00AB7993">
              <w:rPr>
                <w:b/>
                <w:color w:val="FFFFFF" w:themeColor="background1"/>
                <w:sz w:val="16"/>
                <w:szCs w:val="16"/>
              </w:rPr>
              <w:t xml:space="preserve"> challenge I overcame</w:t>
            </w:r>
            <w:r w:rsidRPr="00AB7993">
              <w:rPr>
                <w:b/>
                <w:color w:val="FFFFFF" w:themeColor="background1"/>
                <w:sz w:val="16"/>
                <w:szCs w:val="16"/>
              </w:rPr>
              <w:t xml:space="preserve">, </w:t>
            </w:r>
            <w:r w:rsidR="00AB7993">
              <w:rPr>
                <w:b/>
                <w:color w:val="FFFFFF" w:themeColor="background1"/>
                <w:sz w:val="16"/>
                <w:szCs w:val="16"/>
              </w:rPr>
              <w:t>wh</w:t>
            </w:r>
            <w:r w:rsidRPr="00AB7993">
              <w:rPr>
                <w:b/>
                <w:color w:val="FFFFFF" w:themeColor="background1"/>
                <w:sz w:val="16"/>
                <w:szCs w:val="16"/>
              </w:rPr>
              <w:t>at is helping me keep going</w:t>
            </w:r>
            <w:r w:rsidR="00AB7993">
              <w:rPr>
                <w:b/>
                <w:color w:val="FFFFFF" w:themeColor="background1"/>
                <w:sz w:val="16"/>
                <w:szCs w:val="16"/>
              </w:rPr>
              <w:t>, etc.</w:t>
            </w:r>
            <w:r w:rsidRPr="00AB7993">
              <w:rPr>
                <w:b/>
                <w:color w:val="FFFFFF" w:themeColor="background1"/>
                <w:sz w:val="20"/>
                <w:szCs w:val="20"/>
              </w:rPr>
              <w:t>)</w:t>
            </w:r>
          </w:p>
        </w:tc>
      </w:tr>
      <w:tr w:rsidR="00ED22F0" w14:paraId="2D7397A0" w14:textId="77777777" w:rsidTr="004139EA">
        <w:trPr>
          <w:trHeight w:val="687"/>
          <w:jc w:val="center"/>
        </w:trPr>
        <w:tc>
          <w:tcPr>
            <w:tcW w:w="80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65C95E" w14:textId="77777777" w:rsidR="00ED22F0" w:rsidRDefault="00000000">
            <w:pPr>
              <w:spacing w:after="0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269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EB1115" w14:textId="77777777" w:rsidR="00ED22F0" w:rsidRDefault="00ED22F0">
            <w:pPr>
              <w:spacing w:after="0"/>
            </w:pPr>
          </w:p>
        </w:tc>
        <w:tc>
          <w:tcPr>
            <w:tcW w:w="243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FB4F15" w14:textId="77777777" w:rsidR="00ED22F0" w:rsidRDefault="00ED22F0">
            <w:pPr>
              <w:spacing w:after="0"/>
            </w:pPr>
          </w:p>
        </w:tc>
        <w:tc>
          <w:tcPr>
            <w:tcW w:w="108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15CD85" w14:textId="77777777" w:rsidR="00ED22F0" w:rsidRPr="0092205E" w:rsidRDefault="00000000">
            <w:pPr>
              <w:spacing w:after="0"/>
              <w:jc w:val="center"/>
              <w:rPr>
                <w:sz w:val="20"/>
                <w:szCs w:val="20"/>
              </w:rPr>
            </w:pPr>
            <w:r w:rsidRPr="0092205E">
              <w:rPr>
                <w:sz w:val="20"/>
                <w:szCs w:val="20"/>
              </w:rPr>
              <w:t>☐</w:t>
            </w:r>
          </w:p>
        </w:tc>
        <w:tc>
          <w:tcPr>
            <w:tcW w:w="424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7A2895" w14:textId="77777777" w:rsidR="00ED22F0" w:rsidRDefault="00ED22F0">
            <w:pPr>
              <w:spacing w:after="0"/>
            </w:pPr>
          </w:p>
        </w:tc>
      </w:tr>
      <w:tr w:rsidR="00ED22F0" w14:paraId="11FD65EA" w14:textId="77777777" w:rsidTr="004139EA">
        <w:trPr>
          <w:trHeight w:val="660"/>
          <w:jc w:val="center"/>
        </w:trPr>
        <w:tc>
          <w:tcPr>
            <w:tcW w:w="80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8C9124" w14:textId="77777777" w:rsidR="00ED22F0" w:rsidRDefault="00000000">
            <w:pPr>
              <w:spacing w:after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269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A8FEE0" w14:textId="77777777" w:rsidR="00ED22F0" w:rsidRDefault="00ED22F0">
            <w:pPr>
              <w:spacing w:after="0"/>
            </w:pPr>
          </w:p>
        </w:tc>
        <w:tc>
          <w:tcPr>
            <w:tcW w:w="243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46A754" w14:textId="77777777" w:rsidR="00ED22F0" w:rsidRDefault="00ED22F0">
            <w:pPr>
              <w:spacing w:after="0"/>
            </w:pPr>
          </w:p>
        </w:tc>
        <w:tc>
          <w:tcPr>
            <w:tcW w:w="108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8DEDB9" w14:textId="77777777" w:rsidR="00ED22F0" w:rsidRPr="0092205E" w:rsidRDefault="00000000">
            <w:pPr>
              <w:spacing w:after="0"/>
              <w:jc w:val="center"/>
              <w:rPr>
                <w:sz w:val="20"/>
                <w:szCs w:val="20"/>
              </w:rPr>
            </w:pPr>
            <w:r w:rsidRPr="0092205E">
              <w:rPr>
                <w:sz w:val="20"/>
                <w:szCs w:val="20"/>
              </w:rPr>
              <w:t>☐</w:t>
            </w:r>
          </w:p>
        </w:tc>
        <w:tc>
          <w:tcPr>
            <w:tcW w:w="424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E5B27F" w14:textId="77777777" w:rsidR="00ED22F0" w:rsidRDefault="00ED22F0">
            <w:pPr>
              <w:spacing w:after="0"/>
            </w:pPr>
          </w:p>
        </w:tc>
      </w:tr>
      <w:tr w:rsidR="00ED22F0" w14:paraId="23058533" w14:textId="77777777" w:rsidTr="004139EA">
        <w:trPr>
          <w:trHeight w:val="687"/>
          <w:jc w:val="center"/>
        </w:trPr>
        <w:tc>
          <w:tcPr>
            <w:tcW w:w="80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3B8931" w14:textId="77777777" w:rsidR="00ED22F0" w:rsidRDefault="00000000">
            <w:pPr>
              <w:spacing w:after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269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0AE5B5" w14:textId="77777777" w:rsidR="00ED22F0" w:rsidRDefault="00ED22F0">
            <w:pPr>
              <w:spacing w:after="0"/>
            </w:pPr>
          </w:p>
        </w:tc>
        <w:tc>
          <w:tcPr>
            <w:tcW w:w="243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1B207A" w14:textId="77777777" w:rsidR="00ED22F0" w:rsidRDefault="00ED22F0">
            <w:pPr>
              <w:spacing w:after="0"/>
            </w:pPr>
          </w:p>
        </w:tc>
        <w:tc>
          <w:tcPr>
            <w:tcW w:w="108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8B9CC5A" w14:textId="77777777" w:rsidR="00ED22F0" w:rsidRPr="0092205E" w:rsidRDefault="00000000">
            <w:pPr>
              <w:spacing w:after="0"/>
              <w:jc w:val="center"/>
              <w:rPr>
                <w:sz w:val="20"/>
                <w:szCs w:val="20"/>
              </w:rPr>
            </w:pPr>
            <w:r w:rsidRPr="0092205E">
              <w:rPr>
                <w:sz w:val="20"/>
                <w:szCs w:val="20"/>
              </w:rPr>
              <w:t>☐</w:t>
            </w:r>
          </w:p>
        </w:tc>
        <w:tc>
          <w:tcPr>
            <w:tcW w:w="424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E15EFB" w14:textId="77777777" w:rsidR="00ED22F0" w:rsidRDefault="00ED22F0">
            <w:pPr>
              <w:spacing w:after="0"/>
            </w:pPr>
          </w:p>
        </w:tc>
      </w:tr>
      <w:tr w:rsidR="00ED22F0" w14:paraId="1F4BA3CB" w14:textId="77777777" w:rsidTr="004139EA">
        <w:trPr>
          <w:trHeight w:val="687"/>
          <w:jc w:val="center"/>
        </w:trPr>
        <w:tc>
          <w:tcPr>
            <w:tcW w:w="80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D3A9FB" w14:textId="77777777" w:rsidR="00ED22F0" w:rsidRDefault="00000000">
            <w:pPr>
              <w:spacing w:after="0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269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2CBB5B" w14:textId="77777777" w:rsidR="00ED22F0" w:rsidRDefault="00ED22F0">
            <w:pPr>
              <w:spacing w:after="0"/>
            </w:pPr>
          </w:p>
        </w:tc>
        <w:tc>
          <w:tcPr>
            <w:tcW w:w="243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1C5C3E" w14:textId="77777777" w:rsidR="00ED22F0" w:rsidRDefault="00ED22F0">
            <w:pPr>
              <w:spacing w:after="0"/>
            </w:pPr>
          </w:p>
        </w:tc>
        <w:tc>
          <w:tcPr>
            <w:tcW w:w="108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0B6341" w14:textId="77777777" w:rsidR="00ED22F0" w:rsidRPr="0092205E" w:rsidRDefault="00000000">
            <w:pPr>
              <w:spacing w:after="0"/>
              <w:jc w:val="center"/>
              <w:rPr>
                <w:sz w:val="20"/>
                <w:szCs w:val="20"/>
              </w:rPr>
            </w:pPr>
            <w:r w:rsidRPr="0092205E">
              <w:rPr>
                <w:sz w:val="20"/>
                <w:szCs w:val="20"/>
              </w:rPr>
              <w:t>☐</w:t>
            </w:r>
          </w:p>
        </w:tc>
        <w:tc>
          <w:tcPr>
            <w:tcW w:w="424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EB9F50" w14:textId="77777777" w:rsidR="00ED22F0" w:rsidRDefault="00ED22F0">
            <w:pPr>
              <w:spacing w:after="0"/>
            </w:pPr>
          </w:p>
        </w:tc>
      </w:tr>
      <w:tr w:rsidR="00ED22F0" w14:paraId="26F6D432" w14:textId="77777777" w:rsidTr="004139EA">
        <w:trPr>
          <w:trHeight w:val="660"/>
          <w:jc w:val="center"/>
        </w:trPr>
        <w:tc>
          <w:tcPr>
            <w:tcW w:w="80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D77385" w14:textId="77777777" w:rsidR="00ED22F0" w:rsidRDefault="00000000">
            <w:pPr>
              <w:spacing w:after="0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269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7787CF" w14:textId="77777777" w:rsidR="00ED22F0" w:rsidRDefault="00ED22F0">
            <w:pPr>
              <w:spacing w:after="0"/>
            </w:pPr>
          </w:p>
        </w:tc>
        <w:tc>
          <w:tcPr>
            <w:tcW w:w="243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A20FE0" w14:textId="77777777" w:rsidR="00ED22F0" w:rsidRDefault="00ED22F0">
            <w:pPr>
              <w:spacing w:after="0"/>
            </w:pPr>
          </w:p>
        </w:tc>
        <w:tc>
          <w:tcPr>
            <w:tcW w:w="108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47F1FE" w14:textId="77777777" w:rsidR="00ED22F0" w:rsidRPr="0092205E" w:rsidRDefault="00000000">
            <w:pPr>
              <w:spacing w:after="0"/>
              <w:jc w:val="center"/>
              <w:rPr>
                <w:sz w:val="20"/>
                <w:szCs w:val="20"/>
              </w:rPr>
            </w:pPr>
            <w:r w:rsidRPr="0092205E">
              <w:rPr>
                <w:sz w:val="20"/>
                <w:szCs w:val="20"/>
              </w:rPr>
              <w:t>☐</w:t>
            </w:r>
          </w:p>
        </w:tc>
        <w:tc>
          <w:tcPr>
            <w:tcW w:w="424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1B9382" w14:textId="77777777" w:rsidR="00ED22F0" w:rsidRDefault="00ED22F0">
            <w:pPr>
              <w:spacing w:after="0"/>
            </w:pPr>
          </w:p>
        </w:tc>
      </w:tr>
      <w:tr w:rsidR="00ED22F0" w14:paraId="3A549470" w14:textId="77777777" w:rsidTr="004139EA">
        <w:trPr>
          <w:trHeight w:val="687"/>
          <w:jc w:val="center"/>
        </w:trPr>
        <w:tc>
          <w:tcPr>
            <w:tcW w:w="80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374047" w14:textId="77777777" w:rsidR="00ED22F0" w:rsidRDefault="00000000">
            <w:pPr>
              <w:spacing w:after="0"/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269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A9D3E2" w14:textId="77777777" w:rsidR="00ED22F0" w:rsidRDefault="00ED22F0">
            <w:pPr>
              <w:spacing w:after="0"/>
            </w:pPr>
          </w:p>
        </w:tc>
        <w:tc>
          <w:tcPr>
            <w:tcW w:w="243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327B1D" w14:textId="77777777" w:rsidR="00ED22F0" w:rsidRDefault="00ED22F0">
            <w:pPr>
              <w:spacing w:after="0"/>
            </w:pPr>
          </w:p>
        </w:tc>
        <w:tc>
          <w:tcPr>
            <w:tcW w:w="108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A9E4AC" w14:textId="77777777" w:rsidR="00ED22F0" w:rsidRPr="0092205E" w:rsidRDefault="00000000">
            <w:pPr>
              <w:spacing w:after="0"/>
              <w:jc w:val="center"/>
              <w:rPr>
                <w:sz w:val="20"/>
                <w:szCs w:val="20"/>
              </w:rPr>
            </w:pPr>
            <w:r w:rsidRPr="0092205E">
              <w:rPr>
                <w:sz w:val="20"/>
                <w:szCs w:val="20"/>
              </w:rPr>
              <w:t>☐</w:t>
            </w:r>
          </w:p>
        </w:tc>
        <w:tc>
          <w:tcPr>
            <w:tcW w:w="424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B66BDB" w14:textId="77777777" w:rsidR="00ED22F0" w:rsidRDefault="00ED22F0">
            <w:pPr>
              <w:spacing w:after="0"/>
            </w:pPr>
          </w:p>
        </w:tc>
      </w:tr>
      <w:tr w:rsidR="00ED22F0" w14:paraId="2A6200E8" w14:textId="77777777" w:rsidTr="004139EA">
        <w:trPr>
          <w:trHeight w:val="687"/>
          <w:jc w:val="center"/>
        </w:trPr>
        <w:tc>
          <w:tcPr>
            <w:tcW w:w="80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CF6B65" w14:textId="77777777" w:rsidR="00ED22F0" w:rsidRDefault="00000000">
            <w:pPr>
              <w:spacing w:after="0"/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269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57F250" w14:textId="77777777" w:rsidR="00ED22F0" w:rsidRDefault="00ED22F0">
            <w:pPr>
              <w:spacing w:after="0"/>
            </w:pPr>
          </w:p>
        </w:tc>
        <w:tc>
          <w:tcPr>
            <w:tcW w:w="243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F79AC4" w14:textId="77777777" w:rsidR="00ED22F0" w:rsidRDefault="00ED22F0">
            <w:pPr>
              <w:spacing w:after="0"/>
            </w:pPr>
          </w:p>
        </w:tc>
        <w:tc>
          <w:tcPr>
            <w:tcW w:w="108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F9116B" w14:textId="77777777" w:rsidR="00ED22F0" w:rsidRPr="0092205E" w:rsidRDefault="00000000">
            <w:pPr>
              <w:spacing w:after="0"/>
              <w:jc w:val="center"/>
              <w:rPr>
                <w:sz w:val="20"/>
                <w:szCs w:val="20"/>
              </w:rPr>
            </w:pPr>
            <w:r w:rsidRPr="0092205E">
              <w:rPr>
                <w:sz w:val="20"/>
                <w:szCs w:val="20"/>
              </w:rPr>
              <w:t>☐</w:t>
            </w:r>
          </w:p>
        </w:tc>
        <w:tc>
          <w:tcPr>
            <w:tcW w:w="424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1E02E6" w14:textId="77777777" w:rsidR="00ED22F0" w:rsidRDefault="00ED22F0">
            <w:pPr>
              <w:spacing w:after="0"/>
            </w:pPr>
          </w:p>
        </w:tc>
      </w:tr>
      <w:tr w:rsidR="00ED22F0" w14:paraId="10C81F7D" w14:textId="77777777" w:rsidTr="004139EA">
        <w:trPr>
          <w:trHeight w:val="660"/>
          <w:jc w:val="center"/>
        </w:trPr>
        <w:tc>
          <w:tcPr>
            <w:tcW w:w="80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C98579" w14:textId="77777777" w:rsidR="00ED22F0" w:rsidRDefault="00000000">
            <w:pPr>
              <w:spacing w:after="0"/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269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12277C" w14:textId="77777777" w:rsidR="00ED22F0" w:rsidRDefault="00ED22F0">
            <w:pPr>
              <w:spacing w:after="0"/>
            </w:pPr>
          </w:p>
        </w:tc>
        <w:tc>
          <w:tcPr>
            <w:tcW w:w="243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818030" w14:textId="77777777" w:rsidR="00ED22F0" w:rsidRDefault="00ED22F0">
            <w:pPr>
              <w:spacing w:after="0"/>
            </w:pPr>
          </w:p>
        </w:tc>
        <w:tc>
          <w:tcPr>
            <w:tcW w:w="108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1F777F" w14:textId="77777777" w:rsidR="00ED22F0" w:rsidRPr="0092205E" w:rsidRDefault="00000000">
            <w:pPr>
              <w:spacing w:after="0"/>
              <w:jc w:val="center"/>
              <w:rPr>
                <w:sz w:val="20"/>
                <w:szCs w:val="20"/>
              </w:rPr>
            </w:pPr>
            <w:r w:rsidRPr="0092205E">
              <w:rPr>
                <w:sz w:val="20"/>
                <w:szCs w:val="20"/>
              </w:rPr>
              <w:t>☐</w:t>
            </w:r>
          </w:p>
        </w:tc>
        <w:tc>
          <w:tcPr>
            <w:tcW w:w="424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38169B" w14:textId="77777777" w:rsidR="00ED22F0" w:rsidRDefault="00ED22F0">
            <w:pPr>
              <w:spacing w:after="0"/>
            </w:pPr>
          </w:p>
        </w:tc>
      </w:tr>
      <w:tr w:rsidR="00ED22F0" w14:paraId="284754EA" w14:textId="77777777" w:rsidTr="004139EA">
        <w:trPr>
          <w:trHeight w:val="687"/>
          <w:jc w:val="center"/>
        </w:trPr>
        <w:tc>
          <w:tcPr>
            <w:tcW w:w="80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6CB674" w14:textId="77777777" w:rsidR="00ED22F0" w:rsidRDefault="00000000">
            <w:pPr>
              <w:spacing w:after="0"/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269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A07B40" w14:textId="77777777" w:rsidR="00ED22F0" w:rsidRDefault="00ED22F0">
            <w:pPr>
              <w:spacing w:after="0"/>
            </w:pPr>
          </w:p>
        </w:tc>
        <w:tc>
          <w:tcPr>
            <w:tcW w:w="243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A50A70" w14:textId="77777777" w:rsidR="00ED22F0" w:rsidRDefault="00ED22F0">
            <w:pPr>
              <w:spacing w:after="0"/>
            </w:pPr>
          </w:p>
        </w:tc>
        <w:tc>
          <w:tcPr>
            <w:tcW w:w="108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8E2967" w14:textId="77777777" w:rsidR="00ED22F0" w:rsidRPr="0092205E" w:rsidRDefault="00000000">
            <w:pPr>
              <w:spacing w:after="0"/>
              <w:jc w:val="center"/>
              <w:rPr>
                <w:sz w:val="20"/>
                <w:szCs w:val="20"/>
              </w:rPr>
            </w:pPr>
            <w:r w:rsidRPr="0092205E">
              <w:rPr>
                <w:sz w:val="20"/>
                <w:szCs w:val="20"/>
              </w:rPr>
              <w:t>☐</w:t>
            </w:r>
          </w:p>
        </w:tc>
        <w:tc>
          <w:tcPr>
            <w:tcW w:w="424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D72F89" w14:textId="77777777" w:rsidR="00ED22F0" w:rsidRDefault="00ED22F0">
            <w:pPr>
              <w:spacing w:after="0"/>
            </w:pPr>
          </w:p>
        </w:tc>
      </w:tr>
      <w:tr w:rsidR="00ED22F0" w14:paraId="2F4EAA25" w14:textId="77777777" w:rsidTr="004139EA">
        <w:trPr>
          <w:trHeight w:val="687"/>
          <w:jc w:val="center"/>
        </w:trPr>
        <w:tc>
          <w:tcPr>
            <w:tcW w:w="80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916D0C" w14:textId="77777777" w:rsidR="00ED22F0" w:rsidRDefault="00000000">
            <w:pPr>
              <w:spacing w:after="0"/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269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114F9C" w14:textId="77777777" w:rsidR="00ED22F0" w:rsidRDefault="00ED22F0">
            <w:pPr>
              <w:spacing w:after="0"/>
            </w:pPr>
          </w:p>
        </w:tc>
        <w:tc>
          <w:tcPr>
            <w:tcW w:w="243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27DCE0" w14:textId="77777777" w:rsidR="00ED22F0" w:rsidRDefault="00ED22F0">
            <w:pPr>
              <w:spacing w:after="0"/>
            </w:pPr>
          </w:p>
        </w:tc>
        <w:tc>
          <w:tcPr>
            <w:tcW w:w="108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5168F9" w14:textId="77777777" w:rsidR="00ED22F0" w:rsidRPr="0092205E" w:rsidRDefault="00000000">
            <w:pPr>
              <w:spacing w:after="0"/>
              <w:jc w:val="center"/>
              <w:rPr>
                <w:sz w:val="20"/>
                <w:szCs w:val="20"/>
              </w:rPr>
            </w:pPr>
            <w:r w:rsidRPr="0092205E">
              <w:rPr>
                <w:sz w:val="20"/>
                <w:szCs w:val="20"/>
              </w:rPr>
              <w:t>☐</w:t>
            </w:r>
          </w:p>
        </w:tc>
        <w:tc>
          <w:tcPr>
            <w:tcW w:w="424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34EC00" w14:textId="77777777" w:rsidR="00ED22F0" w:rsidRDefault="00ED22F0">
            <w:pPr>
              <w:spacing w:after="0"/>
            </w:pPr>
          </w:p>
        </w:tc>
      </w:tr>
      <w:tr w:rsidR="00ED22F0" w14:paraId="1BE8C41A" w14:textId="77777777" w:rsidTr="004139EA">
        <w:trPr>
          <w:trHeight w:val="660"/>
          <w:jc w:val="center"/>
        </w:trPr>
        <w:tc>
          <w:tcPr>
            <w:tcW w:w="80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E227BA" w14:textId="77777777" w:rsidR="00ED22F0" w:rsidRDefault="00000000">
            <w:pPr>
              <w:spacing w:after="0"/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269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1B060E" w14:textId="77777777" w:rsidR="00ED22F0" w:rsidRDefault="00ED22F0">
            <w:pPr>
              <w:spacing w:after="0"/>
            </w:pPr>
          </w:p>
        </w:tc>
        <w:tc>
          <w:tcPr>
            <w:tcW w:w="243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C407C0" w14:textId="77777777" w:rsidR="00ED22F0" w:rsidRDefault="00ED22F0">
            <w:pPr>
              <w:spacing w:after="0"/>
            </w:pPr>
          </w:p>
        </w:tc>
        <w:tc>
          <w:tcPr>
            <w:tcW w:w="108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6A2139" w14:textId="77777777" w:rsidR="00ED22F0" w:rsidRPr="0092205E" w:rsidRDefault="00000000">
            <w:pPr>
              <w:spacing w:after="0"/>
              <w:jc w:val="center"/>
              <w:rPr>
                <w:sz w:val="20"/>
                <w:szCs w:val="20"/>
              </w:rPr>
            </w:pPr>
            <w:r w:rsidRPr="0092205E">
              <w:rPr>
                <w:sz w:val="20"/>
                <w:szCs w:val="20"/>
              </w:rPr>
              <w:t>☐</w:t>
            </w:r>
          </w:p>
        </w:tc>
        <w:tc>
          <w:tcPr>
            <w:tcW w:w="424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8964B1" w14:textId="77777777" w:rsidR="00ED22F0" w:rsidRDefault="00ED22F0">
            <w:pPr>
              <w:spacing w:after="0"/>
            </w:pPr>
          </w:p>
        </w:tc>
      </w:tr>
      <w:tr w:rsidR="00ED22F0" w14:paraId="26E1C0AA" w14:textId="77777777" w:rsidTr="004139EA">
        <w:trPr>
          <w:trHeight w:val="687"/>
          <w:jc w:val="center"/>
        </w:trPr>
        <w:tc>
          <w:tcPr>
            <w:tcW w:w="80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B7DF34" w14:textId="77777777" w:rsidR="00ED22F0" w:rsidRDefault="00000000">
            <w:pPr>
              <w:spacing w:after="0"/>
              <w:jc w:val="center"/>
            </w:pPr>
            <w:r>
              <w:rPr>
                <w:sz w:val="16"/>
              </w:rPr>
              <w:t>12</w:t>
            </w:r>
          </w:p>
        </w:tc>
        <w:tc>
          <w:tcPr>
            <w:tcW w:w="269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FAABD9" w14:textId="77777777" w:rsidR="00ED22F0" w:rsidRDefault="00ED22F0">
            <w:pPr>
              <w:spacing w:after="0"/>
            </w:pPr>
          </w:p>
        </w:tc>
        <w:tc>
          <w:tcPr>
            <w:tcW w:w="243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9F9B7F" w14:textId="77777777" w:rsidR="00ED22F0" w:rsidRDefault="00ED22F0">
            <w:pPr>
              <w:spacing w:after="0"/>
            </w:pPr>
          </w:p>
        </w:tc>
        <w:tc>
          <w:tcPr>
            <w:tcW w:w="108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1D0DB0" w14:textId="77777777" w:rsidR="00ED22F0" w:rsidRPr="0092205E" w:rsidRDefault="00000000">
            <w:pPr>
              <w:spacing w:after="0"/>
              <w:jc w:val="center"/>
              <w:rPr>
                <w:sz w:val="20"/>
                <w:szCs w:val="20"/>
              </w:rPr>
            </w:pPr>
            <w:r w:rsidRPr="0092205E">
              <w:rPr>
                <w:sz w:val="20"/>
                <w:szCs w:val="20"/>
              </w:rPr>
              <w:t>☐</w:t>
            </w:r>
          </w:p>
        </w:tc>
        <w:tc>
          <w:tcPr>
            <w:tcW w:w="424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A2D567" w14:textId="77777777" w:rsidR="00ED22F0" w:rsidRDefault="00ED22F0">
            <w:pPr>
              <w:spacing w:after="0"/>
            </w:pPr>
          </w:p>
        </w:tc>
      </w:tr>
      <w:tr w:rsidR="00ED22F0" w14:paraId="1FB8B6E1" w14:textId="77777777" w:rsidTr="004139EA">
        <w:trPr>
          <w:trHeight w:val="687"/>
          <w:jc w:val="center"/>
        </w:trPr>
        <w:tc>
          <w:tcPr>
            <w:tcW w:w="80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A8F0FB" w14:textId="77777777" w:rsidR="00ED22F0" w:rsidRDefault="00000000">
            <w:pPr>
              <w:spacing w:after="0"/>
              <w:jc w:val="center"/>
            </w:pPr>
            <w:r>
              <w:rPr>
                <w:sz w:val="16"/>
              </w:rPr>
              <w:t>13</w:t>
            </w:r>
          </w:p>
        </w:tc>
        <w:tc>
          <w:tcPr>
            <w:tcW w:w="269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31A201" w14:textId="77777777" w:rsidR="00ED22F0" w:rsidRDefault="00ED22F0">
            <w:pPr>
              <w:spacing w:after="0"/>
            </w:pPr>
          </w:p>
        </w:tc>
        <w:tc>
          <w:tcPr>
            <w:tcW w:w="243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20CB85" w14:textId="77777777" w:rsidR="00ED22F0" w:rsidRDefault="00ED22F0">
            <w:pPr>
              <w:spacing w:after="0"/>
            </w:pPr>
          </w:p>
        </w:tc>
        <w:tc>
          <w:tcPr>
            <w:tcW w:w="108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2C67EA" w14:textId="77777777" w:rsidR="00ED22F0" w:rsidRPr="0092205E" w:rsidRDefault="00000000">
            <w:pPr>
              <w:spacing w:after="0"/>
              <w:jc w:val="center"/>
              <w:rPr>
                <w:sz w:val="20"/>
                <w:szCs w:val="20"/>
              </w:rPr>
            </w:pPr>
            <w:r w:rsidRPr="0092205E">
              <w:rPr>
                <w:sz w:val="20"/>
                <w:szCs w:val="20"/>
              </w:rPr>
              <w:t>☐</w:t>
            </w:r>
          </w:p>
        </w:tc>
        <w:tc>
          <w:tcPr>
            <w:tcW w:w="424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9B3122" w14:textId="77777777" w:rsidR="00ED22F0" w:rsidRDefault="00ED22F0">
            <w:pPr>
              <w:spacing w:after="0"/>
            </w:pPr>
          </w:p>
        </w:tc>
      </w:tr>
      <w:tr w:rsidR="00ED22F0" w14:paraId="7165EFDC" w14:textId="77777777" w:rsidTr="004139EA">
        <w:trPr>
          <w:trHeight w:val="660"/>
          <w:jc w:val="center"/>
        </w:trPr>
        <w:tc>
          <w:tcPr>
            <w:tcW w:w="80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4C8655" w14:textId="77777777" w:rsidR="00ED22F0" w:rsidRDefault="00000000">
            <w:pPr>
              <w:spacing w:after="0"/>
              <w:jc w:val="center"/>
            </w:pPr>
            <w:r>
              <w:rPr>
                <w:sz w:val="16"/>
              </w:rPr>
              <w:t>14</w:t>
            </w:r>
          </w:p>
        </w:tc>
        <w:tc>
          <w:tcPr>
            <w:tcW w:w="269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CA29A1" w14:textId="77777777" w:rsidR="00ED22F0" w:rsidRDefault="00ED22F0">
            <w:pPr>
              <w:spacing w:after="0"/>
            </w:pPr>
          </w:p>
        </w:tc>
        <w:tc>
          <w:tcPr>
            <w:tcW w:w="243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ABF744" w14:textId="77777777" w:rsidR="00ED22F0" w:rsidRDefault="00ED22F0">
            <w:pPr>
              <w:spacing w:after="0"/>
            </w:pPr>
          </w:p>
        </w:tc>
        <w:tc>
          <w:tcPr>
            <w:tcW w:w="108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39D1FB" w14:textId="77777777" w:rsidR="00ED22F0" w:rsidRPr="0092205E" w:rsidRDefault="00000000">
            <w:pPr>
              <w:spacing w:after="0"/>
              <w:jc w:val="center"/>
              <w:rPr>
                <w:sz w:val="20"/>
                <w:szCs w:val="20"/>
              </w:rPr>
            </w:pPr>
            <w:r w:rsidRPr="0092205E">
              <w:rPr>
                <w:sz w:val="20"/>
                <w:szCs w:val="20"/>
              </w:rPr>
              <w:t>☐</w:t>
            </w:r>
          </w:p>
        </w:tc>
        <w:tc>
          <w:tcPr>
            <w:tcW w:w="424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3961B3" w14:textId="77777777" w:rsidR="00ED22F0" w:rsidRDefault="00ED22F0">
            <w:pPr>
              <w:spacing w:after="0"/>
            </w:pPr>
          </w:p>
        </w:tc>
      </w:tr>
      <w:tr w:rsidR="00ED22F0" w14:paraId="7C2B4A38" w14:textId="77777777" w:rsidTr="004139EA">
        <w:trPr>
          <w:trHeight w:val="687"/>
          <w:jc w:val="center"/>
        </w:trPr>
        <w:tc>
          <w:tcPr>
            <w:tcW w:w="80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AFB0F9" w14:textId="77777777" w:rsidR="00ED22F0" w:rsidRDefault="00000000">
            <w:pPr>
              <w:spacing w:after="0"/>
              <w:jc w:val="center"/>
            </w:pPr>
            <w:r>
              <w:rPr>
                <w:sz w:val="16"/>
              </w:rPr>
              <w:t>15</w:t>
            </w:r>
          </w:p>
        </w:tc>
        <w:tc>
          <w:tcPr>
            <w:tcW w:w="269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252994" w14:textId="77777777" w:rsidR="00ED22F0" w:rsidRDefault="00ED22F0">
            <w:pPr>
              <w:spacing w:after="0"/>
            </w:pPr>
          </w:p>
        </w:tc>
        <w:tc>
          <w:tcPr>
            <w:tcW w:w="243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B90CF9" w14:textId="77777777" w:rsidR="00ED22F0" w:rsidRDefault="00ED22F0">
            <w:pPr>
              <w:spacing w:after="0"/>
            </w:pPr>
          </w:p>
        </w:tc>
        <w:tc>
          <w:tcPr>
            <w:tcW w:w="108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33901D" w14:textId="77777777" w:rsidR="00ED22F0" w:rsidRPr="0092205E" w:rsidRDefault="00000000">
            <w:pPr>
              <w:spacing w:after="0"/>
              <w:jc w:val="center"/>
              <w:rPr>
                <w:sz w:val="20"/>
                <w:szCs w:val="20"/>
              </w:rPr>
            </w:pPr>
            <w:r w:rsidRPr="0092205E">
              <w:rPr>
                <w:sz w:val="20"/>
                <w:szCs w:val="20"/>
              </w:rPr>
              <w:t>☐</w:t>
            </w:r>
          </w:p>
        </w:tc>
        <w:tc>
          <w:tcPr>
            <w:tcW w:w="424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82C7258" w14:textId="77777777" w:rsidR="00ED22F0" w:rsidRDefault="00ED22F0">
            <w:pPr>
              <w:spacing w:after="0"/>
            </w:pPr>
          </w:p>
        </w:tc>
      </w:tr>
    </w:tbl>
    <w:p w14:paraId="3A306DEB" w14:textId="77777777" w:rsidR="00AB7993" w:rsidRDefault="00AB7993">
      <w:pPr>
        <w:spacing w:before="40" w:after="80"/>
      </w:pPr>
    </w:p>
    <w:sectPr w:rsidR="00AB7993" w:rsidSect="00034616">
      <w:footerReference w:type="default" r:id="rId9"/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A80BC" w14:textId="77777777" w:rsidR="002378D6" w:rsidRDefault="002378D6" w:rsidP="0012332A">
      <w:pPr>
        <w:spacing w:after="0" w:line="240" w:lineRule="auto"/>
      </w:pPr>
      <w:r>
        <w:separator/>
      </w:r>
    </w:p>
  </w:endnote>
  <w:endnote w:type="continuationSeparator" w:id="0">
    <w:p w14:paraId="20E1BA32" w14:textId="77777777" w:rsidR="002378D6" w:rsidRDefault="002378D6" w:rsidP="00123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D73CE" w14:textId="60D006B7" w:rsidR="0012332A" w:rsidRDefault="0012332A" w:rsidP="0012332A">
    <w:pPr>
      <w:pStyle w:val="Footer"/>
      <w:jc w:val="center"/>
    </w:pPr>
    <w:r w:rsidRPr="0012332A">
      <w:t>© Copyright 2026 </w:t>
    </w:r>
    <w:hyperlink r:id="rId1" w:history="1">
      <w:r w:rsidRPr="0012332A">
        <w:rPr>
          <w:rStyle w:val="Hyperlink"/>
        </w:rPr>
        <w:t>Holistic Health Pros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64A07" w14:textId="77777777" w:rsidR="002378D6" w:rsidRDefault="002378D6" w:rsidP="0012332A">
      <w:pPr>
        <w:spacing w:after="0" w:line="240" w:lineRule="auto"/>
      </w:pPr>
      <w:r>
        <w:separator/>
      </w:r>
    </w:p>
  </w:footnote>
  <w:footnote w:type="continuationSeparator" w:id="0">
    <w:p w14:paraId="3D01EB46" w14:textId="77777777" w:rsidR="002378D6" w:rsidRDefault="002378D6" w:rsidP="001233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D3D75D6"/>
    <w:multiLevelType w:val="hybridMultilevel"/>
    <w:tmpl w:val="ADC295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8525535">
    <w:abstractNumId w:val="8"/>
  </w:num>
  <w:num w:numId="2" w16cid:durableId="1252353015">
    <w:abstractNumId w:val="6"/>
  </w:num>
  <w:num w:numId="3" w16cid:durableId="416945669">
    <w:abstractNumId w:val="5"/>
  </w:num>
  <w:num w:numId="4" w16cid:durableId="1563053116">
    <w:abstractNumId w:val="4"/>
  </w:num>
  <w:num w:numId="5" w16cid:durableId="622661416">
    <w:abstractNumId w:val="7"/>
  </w:num>
  <w:num w:numId="6" w16cid:durableId="1294139604">
    <w:abstractNumId w:val="3"/>
  </w:num>
  <w:num w:numId="7" w16cid:durableId="1120732971">
    <w:abstractNumId w:val="2"/>
  </w:num>
  <w:num w:numId="8" w16cid:durableId="783353002">
    <w:abstractNumId w:val="1"/>
  </w:num>
  <w:num w:numId="9" w16cid:durableId="1001202923">
    <w:abstractNumId w:val="0"/>
  </w:num>
  <w:num w:numId="10" w16cid:durableId="2056783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38D7"/>
    <w:rsid w:val="000E708E"/>
    <w:rsid w:val="0012332A"/>
    <w:rsid w:val="0015074B"/>
    <w:rsid w:val="002216E8"/>
    <w:rsid w:val="002378D6"/>
    <w:rsid w:val="00291081"/>
    <w:rsid w:val="0029639D"/>
    <w:rsid w:val="00326F90"/>
    <w:rsid w:val="00365FFF"/>
    <w:rsid w:val="003A7EC0"/>
    <w:rsid w:val="004139EA"/>
    <w:rsid w:val="0043610D"/>
    <w:rsid w:val="00436F6E"/>
    <w:rsid w:val="00442379"/>
    <w:rsid w:val="004554A4"/>
    <w:rsid w:val="005820D9"/>
    <w:rsid w:val="00764687"/>
    <w:rsid w:val="007D68CF"/>
    <w:rsid w:val="00820C28"/>
    <w:rsid w:val="00864D0B"/>
    <w:rsid w:val="00900D99"/>
    <w:rsid w:val="00905A14"/>
    <w:rsid w:val="0092205E"/>
    <w:rsid w:val="009C082C"/>
    <w:rsid w:val="00AA1D8D"/>
    <w:rsid w:val="00AB7993"/>
    <w:rsid w:val="00B47730"/>
    <w:rsid w:val="00CB0664"/>
    <w:rsid w:val="00CB69BA"/>
    <w:rsid w:val="00D54847"/>
    <w:rsid w:val="00DC411C"/>
    <w:rsid w:val="00E86C33"/>
    <w:rsid w:val="00ED22F0"/>
    <w:rsid w:val="00F504F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476528"/>
  <w14:defaultImageDpi w14:val="300"/>
  <w15:docId w15:val="{891E1BAB-00B2-40BD-939A-5EC01886D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12332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33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holhealthpro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1062</TotalTime>
  <Pages>2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 User</cp:lastModifiedBy>
  <cp:revision>25</cp:revision>
  <dcterms:created xsi:type="dcterms:W3CDTF">2026-09-16T20:02:00Z</dcterms:created>
  <dcterms:modified xsi:type="dcterms:W3CDTF">2026-09-17T14:27:00Z</dcterms:modified>
  <cp:category/>
</cp:coreProperties>
</file>